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Programa y registro del curso de 8 horas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VGZ-DESC-C8H-00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p>
      <w:r>
        <w:rPr>
          <w:b/>
        </w:rPr>
        <w:t xml:space="preserve">Cómo usar este documento. </w:t>
      </w:r>
      <w:r>
        <w:t>Complete los campos antes del primer módulo. Imprima una hoja de asistencia por módulo, la hoja de entrega del manual, una constancia por persona y archive todo junto: es el registro que acredita que el curso se realizó (Guía, §1.4 y §6.2.1). Los campos subrayados quedan en blanco hasta que usted declare el dato; no se rellenan por suposición.</w:t>
      </w:r>
    </w:p>
    <w:p>
      <w:pPr>
        <w:pStyle w:val="Heading1"/>
      </w:pPr>
      <w:r>
        <w:t>1. Datos del curso</w:t>
      </w:r>
    </w:p>
    <w:p>
      <w:pPr>
        <w:spacing w:after="100"/>
      </w:pPr>
      <w:r>
        <w:rPr>
          <w:b/>
        </w:rPr>
        <w:t xml:space="preserve">Entidad empleadora (razón social):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RUT: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Centro o lugar de trabajo: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Entidad que imparte el curso: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Facilitador/a: nombre completo: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Facilitador/a: RUN: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Facilitador/a: título profesional: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Fecha de inicio del curso: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Fecha límite (3 meses desde el inicio): </w:t>
      </w:r>
      <w:r>
        <w:t>______________________________________</w:t>
      </w:r>
    </w:p>
    <w:p>
      <w:pPr>
        <w:spacing w:after="100"/>
      </w:pPr>
      <w:r>
        <w:rPr>
          <w:b/>
        </w:rPr>
        <w:t xml:space="preserve">Número de personas inscritas: </w:t>
      </w:r>
      <w:r>
        <w:t>______________________________________</w:t>
      </w:r>
    </w:p>
    <w:p>
      <w:r>
        <w:rPr>
          <w:b/>
        </w:rPr>
        <w:t>Quién ejecuta el curso (marque una):</w:t>
      </w:r>
    </w:p>
    <w:p>
      <w:pPr>
        <w:spacing w:after="40"/>
        <w:ind w:left="340"/>
      </w:pPr>
      <w:r>
        <w:t>[   ] Organismo administrador del seguro de la Ley 16.744 (mutualidad o ISL)</w:t>
      </w:r>
    </w:p>
    <w:p>
      <w:pPr>
        <w:spacing w:after="40"/>
        <w:ind w:left="340"/>
      </w:pPr>
      <w:r>
        <w:t>[   ] OTEC acreditado por SENCE</w:t>
      </w:r>
    </w:p>
    <w:p>
      <w:pPr>
        <w:spacing w:after="40"/>
        <w:ind w:left="340"/>
      </w:pPr>
      <w:r>
        <w:t>[   ] La propia entidad empleadora, mediante una persona experta en prevención de riesgos o su Departamento de Prevención de Riesgos</w:t>
      </w:r>
    </w:p>
    <w:p>
      <w:pPr>
        <w:spacing w:before="80"/>
      </w:pPr>
      <w:r>
        <w:rPr>
          <w:i/>
        </w:rPr>
        <w:t>La parte presencial o telemática sincrónica la dicta una persona experta en prevención de riesgos (Guía, §1.6 y §2.4). Cuando la entidad empleadora o una OTEC ejecutan el curso, la Guía señala como modelo de referencia el curso tipo de la Subsecretaría de Previsión Social, que se solicita en previsionsocial.gob.cl/ds44.</w:t>
      </w:r>
    </w:p>
    <w:p>
      <w:pPr>
        <w:spacing w:before="120"/>
      </w:pPr>
      <w:r>
        <w:rPr>
          <w:b/>
        </w:rPr>
        <w:t>Modalidad (marque una):</w:t>
      </w:r>
    </w:p>
    <w:p>
      <w:pPr>
        <w:spacing w:after="40"/>
        <w:ind w:left="340"/>
      </w:pPr>
      <w:r>
        <w:t>[   ] Presencial</w:t>
      </w:r>
    </w:p>
    <w:p>
      <w:pPr>
        <w:spacing w:after="40"/>
        <w:ind w:left="340"/>
      </w:pPr>
      <w:r>
        <w:t>[   ] Telemática sincrónica</w:t>
      </w:r>
    </w:p>
    <w:p>
      <w:pPr>
        <w:spacing w:after="40"/>
        <w:ind w:left="340"/>
      </w:pPr>
      <w:r>
        <w:t>[   ] Telemática asincrónica</w:t>
      </w:r>
    </w:p>
    <w:p>
      <w:pPr>
        <w:spacing w:after="40"/>
        <w:ind w:left="340"/>
      </w:pPr>
      <w:r>
        <w:t>[   ] Mixta</w:t>
      </w:r>
    </w:p>
    <w:p>
      <w:pPr>
        <w:pStyle w:val="Heading1"/>
      </w:pPr>
      <w:r>
        <w:t>2. Programa del curso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79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Módulo</w:t>
            </w:r>
          </w:p>
        </w:tc>
        <w:tc>
          <w:tcPr>
            <w:tcW w:type="dxa" w:w="3969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Contenido</w:t>
            </w:r>
          </w:p>
        </w:tc>
        <w:tc>
          <w:tcPr>
            <w:tcW w:type="dxa" w:w="85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Horas</w:t>
            </w:r>
          </w:p>
        </w:tc>
        <w:tc>
          <w:tcPr>
            <w:tcW w:type="dxa" w:w="181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type="dxa" w:w="221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Evaluación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Marco general de la seguridad y salud en el trabajo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____/____/______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Formativa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Identificación de peligros y evaluación de riesgos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____/____/______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Formativa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Efectos de los riesgos en la salud y prestaciones del seguro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____/____/______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Formativa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Medidas preventivas y de protección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1,5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____/____/______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Formativa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Gestión de emergencias y desastres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____/____/______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Formativa</w:t>
            </w:r>
          </w:p>
        </w:tc>
      </w:tr>
      <w:tr>
        <w:trPr>
          <w:cantSplit w:val="true"/>
        </w:trPr>
        <w:tc>
          <w:tcPr>
            <w:tcW w:type="dxa" w:w="794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Señalización y prevención de incendios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____/____/______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Formativa</w:t>
            </w:r>
          </w:p>
        </w:tc>
      </w:tr>
      <w:tr>
        <w:tc>
          <w:tcPr>
            <w:tcW w:type="dxa" w:w="794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850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8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/>
      </w:pPr>
      <w:r>
        <w:t>Los seis módulos cubren los contenidos mínimos del art. 16 del DS 44 y del Anexo Metodológico de la Guía: marco general de la seguridad y salud en el trabajo; identificación de peligros y evaluación de riesgos; riesgos laborales y efectos en la salud; medidas preventivas y protección; gestión de emergencias y desastres; y señalización y prevención de incendios, con enfoque preventivo, de derechos y deberes, participativo, de género y de accesibilidad.</w:t>
      </w:r>
    </w:p>
    <w:p>
      <w:pPr>
        <w:pStyle w:val="Heading1"/>
      </w:pPr>
      <w:r>
        <w:t>3. Reglas del curso que conviene recordar</w:t>
      </w:r>
    </w:p>
    <w:p>
      <w:pPr>
        <w:pStyle w:val="ListBullet"/>
        <w:spacing w:after="40"/>
      </w:pPr>
      <w:r>
        <w:t>Duración total mínima: 8 horas cronológicas.</w:t>
      </w:r>
    </w:p>
    <w:p>
      <w:pPr>
        <w:pStyle w:val="ListBullet"/>
        <w:spacing w:after="40"/>
      </w:pPr>
      <w:r>
        <w:t>Puede dividirse en módulos, pero todos deben realizarse en un plazo no superior a 3 meses desde el inicio. Si no se completan en ese plazo, se entiende que la persona no realizó el curso.</w:t>
      </w:r>
    </w:p>
    <w:p>
      <w:pPr>
        <w:pStyle w:val="ListBullet"/>
        <w:spacing w:after="40"/>
      </w:pPr>
      <w:r>
        <w:t>Cada módulo tiene una evaluación formativa. Si una persona no alcanza el resultado esperado, la repite las veces que sea necesario, sin reprobar ni quedar fuera del curso.</w:t>
      </w:r>
    </w:p>
    <w:p>
      <w:pPr>
        <w:pStyle w:val="ListBullet"/>
        <w:spacing w:after="40"/>
      </w:pPr>
      <w:r>
        <w:t>El manual del participante se entrega a cada persona antes del inicio, y la entrega queda registrada (Guía, §5.1).</w:t>
      </w:r>
    </w:p>
    <w:p>
      <w:pPr>
        <w:pStyle w:val="ListBullet"/>
        <w:spacing w:after="40"/>
      </w:pPr>
      <w:r>
        <w:t>Vigencia: 2 años desde que se completa.</w:t>
      </w:r>
    </w:p>
    <w:p>
      <w:pPr>
        <w:pStyle w:val="ListBullet"/>
        <w:spacing w:after="40"/>
      </w:pPr>
      <w:r>
        <w:t>La responsabilidad de que el curso se realice y cumpla los requisitos es siempre de la entidad empleadora, aunque lo dicte un tercero.</w:t>
      </w:r>
    </w:p>
    <w:p>
      <w:pPr>
        <w:pStyle w:val="ListBullet"/>
        <w:spacing w:after="40"/>
      </w:pPr>
      <w:r>
        <w:t>Se recomienda conservar estos registros al menos cinco años (Guía, §1.4).</w:t>
      </w:r>
    </w:p>
    <w:p>
      <w:pPr>
        <w:spacing w:before="80"/>
      </w:pPr>
      <w:r>
        <w:rPr>
          <w:i/>
        </w:rPr>
        <w:t>Fuente: Res. Ex. N° 1.117/2026, Subsecretaría de Previsión Social (Guía Técnica de Capacitación, art. 16 DS 44). Contraste siempre este documento con el texto oficial de la Guía vigente.</w:t>
      </w:r>
    </w:p>
    <w:p>
      <w:pPr>
        <w:pStyle w:val="Heading1"/>
      </w:pPr>
      <w:r>
        <w:t>4. Qué debe quedar archivado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510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Registro</w:t>
            </w:r>
          </w:p>
        </w:tc>
        <w:tc>
          <w:tcPr>
            <w:tcW w:type="dxa" w:w="4535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Dónde está en este pack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Programa del curso, con horarios y contenidos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Sección 2 de este documento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Fecha y duración de cada módulo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Hojas de asistencia (sección 5)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Nombre, RUN y título profesional del facilitador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Sección 1 y hojas de asistencia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Nómina de personas inscritas, identificadas por RUN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Hojas de asistencia y de entrega del manual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Entrega del manual del participante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Hoja de entrega (sección 6)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Resultado de la evaluación y registro de aprobación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Evaluaciones de los módulos y registro de la sección 7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Certificado, cuando el curso lo dicta un organismo administrador o una OTEC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Lo entrega quien dicta el curso</w:t>
            </w:r>
          </w:p>
        </w:tc>
      </w:tr>
      <w:tr>
        <w:trPr>
          <w:cantSplit w:val="true"/>
        </w:trPr>
        <w:tc>
          <w:tcPr>
            <w:tcW w:type="dxa" w:w="5102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Constancia interna de la persona trabajadora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19"/>
              </w:rPr>
              <w:t>Constancia de la sección 8</w:t>
            </w:r>
          </w:p>
        </w:tc>
      </w:tr>
    </w:tbl>
    <w:p>
      <w:r>
        <w:br w:type="page"/>
      </w:r>
    </w:p>
    <w:p>
      <w:pPr>
        <w:pStyle w:val="Heading1"/>
      </w:pPr>
      <w:r>
        <w:t>5. Hoja de asistencia · Módulo 1: Marco general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</w:t>
      </w:r>
    </w:p>
    <w:p>
      <w:pPr>
        <w:spacing w:after="100"/>
      </w:pPr>
      <w:r>
        <w:rPr>
          <w:b/>
        </w:rPr>
        <w:t xml:space="preserve">Fecha: </w:t>
      </w:r>
      <w:r>
        <w:t>______________</w:t>
      </w:r>
      <w:r>
        <w:rPr>
          <w:b/>
        </w:rPr>
        <w:t xml:space="preserve">   Horario: </w:t>
      </w:r>
      <w:r>
        <w:t>____:____ a ____:____</w:t>
      </w:r>
      <w:r>
        <w:rPr>
          <w:b/>
        </w:rPr>
        <w:t xml:space="preserve">   Duración: </w:t>
      </w:r>
      <w:r>
        <w:t>1,5 horas</w:t>
      </w:r>
    </w:p>
    <w:p>
      <w:pPr>
        <w:spacing w:after="100"/>
      </w:pPr>
      <w:r>
        <w:rPr>
          <w:b/>
        </w:rPr>
        <w:t xml:space="preserve">Facilitador/a (nombre, RUN y título profesional): </w:t>
      </w:r>
      <w:r>
        <w:t>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204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type="dxa" w:w="232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</w:tbl>
    <w:p>
      <w:r>
        <w:br w:type="page"/>
      </w:r>
    </w:p>
    <w:p>
      <w:pPr>
        <w:pStyle w:val="Heading1"/>
      </w:pPr>
      <w:r>
        <w:t>5. Hoja de asistencia · Módulo 2: Peligros y riesgos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</w:t>
      </w:r>
    </w:p>
    <w:p>
      <w:pPr>
        <w:spacing w:after="100"/>
      </w:pPr>
      <w:r>
        <w:rPr>
          <w:b/>
        </w:rPr>
        <w:t xml:space="preserve">Fecha: </w:t>
      </w:r>
      <w:r>
        <w:t>______________</w:t>
      </w:r>
      <w:r>
        <w:rPr>
          <w:b/>
        </w:rPr>
        <w:t xml:space="preserve">   Horario: </w:t>
      </w:r>
      <w:r>
        <w:t>____:____ a ____:____</w:t>
      </w:r>
      <w:r>
        <w:rPr>
          <w:b/>
        </w:rPr>
        <w:t xml:space="preserve">   Duración: </w:t>
      </w:r>
      <w:r>
        <w:t>1,5 horas</w:t>
      </w:r>
    </w:p>
    <w:p>
      <w:pPr>
        <w:spacing w:after="100"/>
      </w:pPr>
      <w:r>
        <w:rPr>
          <w:b/>
        </w:rPr>
        <w:t xml:space="preserve">Facilitador/a (nombre, RUN y título profesional): </w:t>
      </w:r>
      <w:r>
        <w:t>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204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type="dxa" w:w="232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</w:tbl>
    <w:p>
      <w:r>
        <w:br w:type="page"/>
      </w:r>
    </w:p>
    <w:p>
      <w:pPr>
        <w:pStyle w:val="Heading1"/>
      </w:pPr>
      <w:r>
        <w:t>5. Hoja de asistencia · Módulo 3: Efectos en la salud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</w:t>
      </w:r>
    </w:p>
    <w:p>
      <w:pPr>
        <w:spacing w:after="100"/>
      </w:pPr>
      <w:r>
        <w:rPr>
          <w:b/>
        </w:rPr>
        <w:t xml:space="preserve">Fecha: </w:t>
      </w:r>
      <w:r>
        <w:t>______________</w:t>
      </w:r>
      <w:r>
        <w:rPr>
          <w:b/>
        </w:rPr>
        <w:t xml:space="preserve">   Horario: </w:t>
      </w:r>
      <w:r>
        <w:t>____:____ a ____:____</w:t>
      </w:r>
      <w:r>
        <w:rPr>
          <w:b/>
        </w:rPr>
        <w:t xml:space="preserve">   Duración: </w:t>
      </w:r>
      <w:r>
        <w:t>1,5 horas</w:t>
      </w:r>
    </w:p>
    <w:p>
      <w:pPr>
        <w:spacing w:after="100"/>
      </w:pPr>
      <w:r>
        <w:rPr>
          <w:b/>
        </w:rPr>
        <w:t xml:space="preserve">Facilitador/a (nombre, RUN y título profesional): </w:t>
      </w:r>
      <w:r>
        <w:t>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204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type="dxa" w:w="232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</w:tbl>
    <w:p>
      <w:r>
        <w:br w:type="page"/>
      </w:r>
    </w:p>
    <w:p>
      <w:pPr>
        <w:pStyle w:val="Heading1"/>
      </w:pPr>
      <w:r>
        <w:t>5. Hoja de asistencia · Módulo 4: Medidas preventivas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</w:t>
      </w:r>
    </w:p>
    <w:p>
      <w:pPr>
        <w:spacing w:after="100"/>
      </w:pPr>
      <w:r>
        <w:rPr>
          <w:b/>
        </w:rPr>
        <w:t xml:space="preserve">Fecha: </w:t>
      </w:r>
      <w:r>
        <w:t>______________</w:t>
      </w:r>
      <w:r>
        <w:rPr>
          <w:b/>
        </w:rPr>
        <w:t xml:space="preserve">   Horario: </w:t>
      </w:r>
      <w:r>
        <w:t>____:____ a ____:____</w:t>
      </w:r>
      <w:r>
        <w:rPr>
          <w:b/>
        </w:rPr>
        <w:t xml:space="preserve">   Duración: </w:t>
      </w:r>
      <w:r>
        <w:t>1,5 horas</w:t>
      </w:r>
    </w:p>
    <w:p>
      <w:pPr>
        <w:spacing w:after="100"/>
      </w:pPr>
      <w:r>
        <w:rPr>
          <w:b/>
        </w:rPr>
        <w:t xml:space="preserve">Facilitador/a (nombre, RUN y título profesional): </w:t>
      </w:r>
      <w:r>
        <w:t>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204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type="dxa" w:w="232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</w:tbl>
    <w:p>
      <w:r>
        <w:br w:type="page"/>
      </w:r>
    </w:p>
    <w:p>
      <w:pPr>
        <w:pStyle w:val="Heading1"/>
      </w:pPr>
      <w:r>
        <w:t>5. Hoja de asistencia · Módulo 5: Emergencias y desastres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</w:t>
      </w:r>
    </w:p>
    <w:p>
      <w:pPr>
        <w:spacing w:after="100"/>
      </w:pPr>
      <w:r>
        <w:rPr>
          <w:b/>
        </w:rPr>
        <w:t xml:space="preserve">Fecha: </w:t>
      </w:r>
      <w:r>
        <w:t>______________</w:t>
      </w:r>
      <w:r>
        <w:rPr>
          <w:b/>
        </w:rPr>
        <w:t xml:space="preserve">   Horario: </w:t>
      </w:r>
      <w:r>
        <w:t>____:____ a ____:____</w:t>
      </w:r>
      <w:r>
        <w:rPr>
          <w:b/>
        </w:rPr>
        <w:t xml:space="preserve">   Duración: </w:t>
      </w:r>
      <w:r>
        <w:t>1 hora</w:t>
      </w:r>
    </w:p>
    <w:p>
      <w:pPr>
        <w:spacing w:after="100"/>
      </w:pPr>
      <w:r>
        <w:rPr>
          <w:b/>
        </w:rPr>
        <w:t xml:space="preserve">Facilitador/a (nombre, RUN y título profesional): </w:t>
      </w:r>
      <w:r>
        <w:t>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204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type="dxa" w:w="232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</w:tbl>
    <w:p>
      <w:r>
        <w:br w:type="page"/>
      </w:r>
    </w:p>
    <w:p>
      <w:pPr>
        <w:pStyle w:val="Heading1"/>
      </w:pPr>
      <w:r>
        <w:t>5. Hoja de asistencia · Módulo 6: Señalización e incendios</w:t>
      </w:r>
    </w:p>
    <w:p>
      <w:pPr>
        <w:spacing w:after="100"/>
      </w:pPr>
      <w:r>
        <w:rPr>
          <w:b/>
        </w:rPr>
        <w:t xml:space="preserve">Entidad empleadora: </w:t>
      </w:r>
      <w:r>
        <w:t>____________________________</w:t>
      </w:r>
    </w:p>
    <w:p>
      <w:pPr>
        <w:spacing w:after="100"/>
      </w:pPr>
      <w:r>
        <w:rPr>
          <w:b/>
        </w:rPr>
        <w:t xml:space="preserve">Fecha: </w:t>
      </w:r>
      <w:r>
        <w:t>______________</w:t>
      </w:r>
      <w:r>
        <w:rPr>
          <w:b/>
        </w:rPr>
        <w:t xml:space="preserve">   Horario: </w:t>
      </w:r>
      <w:r>
        <w:t>____:____ a ____:____</w:t>
      </w:r>
      <w:r>
        <w:rPr>
          <w:b/>
        </w:rPr>
        <w:t xml:space="preserve">   Duración: </w:t>
      </w:r>
      <w:r>
        <w:t>1 hora</w:t>
      </w:r>
    </w:p>
    <w:p>
      <w:pPr>
        <w:spacing w:after="100"/>
      </w:pPr>
      <w:r>
        <w:rPr>
          <w:b/>
        </w:rPr>
        <w:t xml:space="preserve">Facilitador/a (nombre, RUN y título profesional): </w:t>
      </w:r>
      <w:r>
        <w:t>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204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type="dxa" w:w="232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2041"/>
          </w:tcPr>
          <w:p/>
        </w:tc>
        <w:tc>
          <w:tcPr>
            <w:tcW w:type="dxa" w:w="2324"/>
          </w:tcPr>
          <w:p/>
        </w:tc>
      </w:tr>
    </w:tbl>
    <w:p>
      <w:r>
        <w:br w:type="page"/>
      </w:r>
    </w:p>
    <w:p>
      <w:pPr>
        <w:pStyle w:val="Heading1"/>
      </w:pPr>
      <w:r>
        <w:t>6. Entrega del manual del participante</w:t>
      </w:r>
    </w:p>
    <w:p>
      <w:r>
        <w:t>La Guía pide entregar el manual a cada participante antes del inicio del curso, en formato digital o impreso, y dejar evidencia de la entrega (§5.1).</w:t>
      </w:r>
    </w:p>
    <w:p>
      <w:pPr>
        <w:spacing w:after="100"/>
      </w:pPr>
      <w:r>
        <w:rPr>
          <w:b/>
        </w:rPr>
        <w:t xml:space="preserve">Formato entregado (digital o impreso): </w:t>
      </w:r>
      <w:r>
        <w:t>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306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170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RUN</w:t>
            </w:r>
          </w:p>
        </w:tc>
        <w:tc>
          <w:tcPr>
            <w:tcW w:type="dxa" w:w="1871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Fecha de entrega</w:t>
            </w:r>
          </w:p>
        </w:tc>
        <w:tc>
          <w:tcPr>
            <w:tcW w:type="dxa" w:w="2494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Firma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061"/>
          </w:tcPr>
          <w:p/>
        </w:tc>
        <w:tc>
          <w:tcPr>
            <w:tcW w:type="dxa" w:w="1701"/>
          </w:tcPr>
          <w:p/>
        </w:tc>
        <w:tc>
          <w:tcPr>
            <w:tcW w:type="dxa" w:w="1871"/>
          </w:tcPr>
          <w:p/>
        </w:tc>
        <w:tc>
          <w:tcPr>
            <w:tcW w:type="dxa" w:w="2494"/>
          </w:tcPr>
          <w:p/>
        </w:tc>
      </w:tr>
    </w:tbl>
    <w:p>
      <w:r>
        <w:br w:type="page"/>
      </w:r>
    </w:p>
    <w:p>
      <w:pPr>
        <w:pStyle w:val="Heading1"/>
      </w:pPr>
      <w:r>
        <w:t>7. Registro de evaluaciones y de aprobación</w:t>
      </w:r>
    </w:p>
    <w:p>
      <w:r>
        <w:t>Anote para cada persona el resultado de cada módulo: L = Logrado, R = Por reforzar. Si queda por reforzar, anote la fecha en que se repitió. El curso se aprueba cuando todos los módulos quedan en L dentro de los 3 meses.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9AA59E"/>
          <w:left w:val="single" w:sz="4" w:space="0" w:color="9AA59E"/>
          <w:bottom w:val="single" w:sz="4" w:space="0" w:color="9AA59E"/>
          <w:right w:val="single" w:sz="4" w:space="0" w:color="9AA59E"/>
          <w:insideH w:val="single" w:sz="4" w:space="0" w:color="9AA59E"/>
          <w:insideV w:val="single" w:sz="4" w:space="0" w:color="9AA59E"/>
        </w:tblBorders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true"/>
        </w:trPr>
        <w:tc>
          <w:tcPr>
            <w:tcW w:type="dxa" w:w="510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type="dxa" w:w="2835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type="dxa" w:w="65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M1</w:t>
            </w:r>
          </w:p>
        </w:tc>
        <w:tc>
          <w:tcPr>
            <w:tcW w:type="dxa" w:w="65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M2</w:t>
            </w:r>
          </w:p>
        </w:tc>
        <w:tc>
          <w:tcPr>
            <w:tcW w:type="dxa" w:w="65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M3</w:t>
            </w:r>
          </w:p>
        </w:tc>
        <w:tc>
          <w:tcPr>
            <w:tcW w:type="dxa" w:w="65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M4</w:t>
            </w:r>
          </w:p>
        </w:tc>
        <w:tc>
          <w:tcPr>
            <w:tcW w:type="dxa" w:w="65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M5</w:t>
            </w:r>
          </w:p>
        </w:tc>
        <w:tc>
          <w:tcPr>
            <w:tcW w:type="dxa" w:w="652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M6</w:t>
            </w:r>
          </w:p>
        </w:tc>
        <w:tc>
          <w:tcPr>
            <w:tcW w:type="dxa" w:w="2098"/>
            <w:shd w:val="clear" w:color="auto" w:fill="16281E"/>
          </w:tcPr>
          <w:p>
            <w:pPr>
              <w:spacing w:after="40"/>
            </w:pPr>
            <w:r/>
            <w:r>
              <w:rPr>
                <w:b/>
                <w:color w:val="FFFFFF"/>
                <w:sz w:val="17"/>
              </w:rPr>
              <w:t>Aprobado (fecha)</w:t>
            </w:r>
          </w:p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  <w:tr>
        <w:trPr>
          <w:cantSplit w:val="true"/>
          <w:trHeight w:val="482"/>
        </w:trPr>
        <w:tc>
          <w:tcPr>
            <w:tcW w:type="dxa" w:w="510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2835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652"/>
          </w:tcPr>
          <w:p/>
        </w:tc>
        <w:tc>
          <w:tcPr>
            <w:tcW w:type="dxa" w:w="2098"/>
          </w:tcPr>
          <w:p/>
        </w:tc>
      </w:tr>
    </w:tbl>
    <w:p>
      <w:r>
        <w:br w:type="page"/>
      </w:r>
    </w:p>
    <w:p>
      <w:pPr>
        <w:pStyle w:val="Heading1"/>
      </w:pPr>
      <w:r>
        <w:t>8. Constancia de participación (imprima una por persona)</w:t>
      </w:r>
    </w:p>
    <w:p>
      <w:r>
        <w:rPr>
          <w:b/>
        </w:rPr>
        <w:t xml:space="preserve">Constancia interna de la entidad empleadora. </w:t>
      </w:r>
      <w:r>
        <w:t>No reemplaza el certificado que entrega el organismo administrador o la OTEC cuando ellos dictan el curso.</w:t>
      </w:r>
    </w:p>
    <w:p>
      <w:pPr>
        <w:spacing w:after="100"/>
      </w:pPr>
      <w:r>
        <w:rPr>
          <w:b/>
        </w:rPr>
        <w:t xml:space="preserve">Se deja constancia de que: </w:t>
      </w:r>
      <w:r>
        <w:t>____________________________________________</w:t>
      </w:r>
    </w:p>
    <w:p>
      <w:pPr>
        <w:spacing w:after="100"/>
      </w:pPr>
      <w:r>
        <w:rPr>
          <w:b/>
        </w:rPr>
        <w:t xml:space="preserve">RUN: </w:t>
      </w:r>
      <w:r>
        <w:t>____________________________________________</w:t>
      </w:r>
    </w:p>
    <w:p>
      <w:pPr>
        <w:spacing w:after="100"/>
      </w:pPr>
      <w:r>
        <w:rPr>
          <w:b/>
        </w:rPr>
        <w:t xml:space="preserve">Cargo: </w:t>
      </w:r>
      <w:r>
        <w:t>____________________________________________</w:t>
      </w:r>
    </w:p>
    <w:p>
      <w:r>
        <w:t>realizó el curso de prevención de riesgos laborales del art. 16 del DS 44, de 8 horas cronológicas, con los seis módulos siguientes, y aprobó sus evaluaciones formativas:</w:t>
      </w:r>
    </w:p>
    <w:p>
      <w:pPr>
        <w:pStyle w:val="ListBullet"/>
        <w:spacing w:after="20"/>
      </w:pPr>
      <w:r>
        <w:t>Módulo 1: Marco general (1,5 h) · fecha ____/____/______</w:t>
      </w:r>
    </w:p>
    <w:p>
      <w:pPr>
        <w:pStyle w:val="ListBullet"/>
        <w:spacing w:after="20"/>
      </w:pPr>
      <w:r>
        <w:t>Módulo 2: Peligros y riesgos (1,5 h) · fecha ____/____/______</w:t>
      </w:r>
    </w:p>
    <w:p>
      <w:pPr>
        <w:pStyle w:val="ListBullet"/>
        <w:spacing w:after="20"/>
      </w:pPr>
      <w:r>
        <w:t>Módulo 3: Efectos en la salud (1,5 h) · fecha ____/____/______</w:t>
      </w:r>
    </w:p>
    <w:p>
      <w:pPr>
        <w:pStyle w:val="ListBullet"/>
        <w:spacing w:after="20"/>
      </w:pPr>
      <w:r>
        <w:t>Módulo 4: Medidas preventivas (1,5 h) · fecha ____/____/______</w:t>
      </w:r>
    </w:p>
    <w:p>
      <w:pPr>
        <w:pStyle w:val="ListBullet"/>
        <w:spacing w:after="20"/>
      </w:pPr>
      <w:r>
        <w:t>Módulo 5: Emergencias y desastres (1 h) · fecha ____/____/______</w:t>
      </w:r>
    </w:p>
    <w:p>
      <w:pPr>
        <w:pStyle w:val="ListBullet"/>
        <w:spacing w:after="20"/>
      </w:pPr>
      <w:r>
        <w:t>Módulo 6: Señalización e incendios (1 h) · fecha ____/____/______</w:t>
      </w:r>
    </w:p>
    <w:p>
      <w:pPr>
        <w:spacing w:after="100"/>
      </w:pPr>
      <w:r>
        <w:rPr>
          <w:b/>
        </w:rPr>
        <w:t xml:space="preserve">Modalidad: </w:t>
      </w:r>
      <w:r>
        <w:t>__________________________________</w:t>
      </w:r>
    </w:p>
    <w:p>
      <w:pPr>
        <w:spacing w:after="100"/>
      </w:pPr>
      <w:r>
        <w:rPr>
          <w:b/>
        </w:rPr>
        <w:t xml:space="preserve">Fecha en que completó el curso: </w:t>
      </w:r>
      <w:r>
        <w:t>__________________________________</w:t>
      </w:r>
    </w:p>
    <w:p>
      <w:pPr>
        <w:spacing w:after="100"/>
      </w:pPr>
      <w:r>
        <w:rPr>
          <w:b/>
        </w:rPr>
        <w:t xml:space="preserve">Vigente hasta (2 años desde esa fecha): </w:t>
      </w:r>
      <w:r>
        <w:t>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Facilitador/a (nombre, RUN, título profesional y firma)</w:t>
            </w:r>
          </w:p>
        </w:tc>
        <w:tc>
          <w:tcPr>
            <w:tcW w:type="dxa" w:w="4819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Representante de la entidad empleadora (cargo y firma)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  <w:br/>
              <w:br/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VGZ-DESC-C8H-00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y registro del curso de 8 horas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